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sz w:val="19"/>
              </w:rPr>
              <w:t>Как пользоваться шаблоном (удалите этот блок перед отправкой)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1.</w:t>
              <w:tab/>
              <w:t>Замените всё, что выделено жёлтым, своими данными, и уберите квадратные скобки.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2.</w:t>
              <w:tab/>
              <w:t>Тему письма стройте по формуле: товар, количество, город, срок ответа. Пример: «Запрос цены: кабель ВВГнг(А)-LS 3х2,5, 1 800 м, поставка в Тверь, ответ до 25.09.2026».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3.</w:t>
              <w:tab/>
              <w:t>Позиции переносите из ТЗ (технического задания) без правок: наименование, характеристики, единицу и количество. Если позиций больше пяти, оставьте в письме главные, а полный список приложите в таблице для ответа поставщика. Таблица скачивается там же, где этот шаблон.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4.</w:t>
              <w:tab/>
              <w:t>Срок ответа ставьте так, чтобы до окончания подачи заявок осталось 1-2 рабочих дня на расчёт.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5.</w:t>
              <w:tab/>
              <w:t>Каждому поставщику отправляйте отдельное письмо: общий список адресатов раскрывает ваших поставщиков друг другу.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6.</w:t>
              <w:tab/>
              <w:t>Строку «Цена действительна до» не удаляйте. Если КП можно считать офертой (п. 1 ст. 435 ГК РФ), поставщик не может отозвать его в течение срока, установленного для ответа, если в самом КП не оговорено иное (ст. 436 ГК РФ).</w:t>
            </w:r>
          </w:p>
          <w:p>
            <w:pPr>
              <w:tabs>
                <w:tab w:pos="340" w:val="left"/>
              </w:tabs>
              <w:spacing w:after="20"/>
              <w:ind w:left="340" w:hanging="340"/>
            </w:pPr>
            <w:r>
              <w:rPr>
                <w:b w:val="0"/>
                <w:i w:val="0"/>
                <w:color w:val="595959"/>
                <w:sz w:val="18"/>
              </w:rPr>
              <w:t>7.</w:t>
              <w:tab/>
              <w:t>Строку об источнике шаблона в нижнем колонтитуле можно удалить.</w:t>
            </w:r>
          </w:p>
        </w:tc>
      </w:tr>
    </w:tbl>
    <w:p>
      <w:pPr>
        <w:spacing w:before="0" w:after="120"/>
      </w:pPr>
    </w:p>
    <w:p>
      <w:pPr>
        <w:spacing w:before="0" w:after="0"/>
      </w:pPr>
      <w:r>
        <w:rPr>
          <w:b/>
          <w:i w:val="0"/>
          <w:highlight w:val="yellow"/>
        </w:rPr>
        <w:t>[ООО «Название»]</w:t>
      </w:r>
    </w:p>
    <w:p>
      <w:pPr>
        <w:spacing w:before="0" w:after="0"/>
      </w:pPr>
      <w:r>
        <w:rPr>
          <w:b w:val="0"/>
          <w:i w:val="0"/>
          <w:color w:val="595959"/>
          <w:sz w:val="19"/>
        </w:rPr>
        <w:t xml:space="preserve">ИНН </w:t>
      </w:r>
      <w:r>
        <w:rPr>
          <w:b w:val="0"/>
          <w:i w:val="0"/>
          <w:color w:val="595959"/>
          <w:sz w:val="19"/>
          <w:highlight w:val="yellow"/>
        </w:rPr>
        <w:t>[0000000000]</w:t>
      </w:r>
      <w:r>
        <w:rPr>
          <w:b w:val="0"/>
          <w:i w:val="0"/>
          <w:color w:val="595959"/>
          <w:sz w:val="19"/>
        </w:rPr>
        <w:t xml:space="preserve">, КПП </w:t>
      </w:r>
      <w:r>
        <w:rPr>
          <w:b w:val="0"/>
          <w:i w:val="0"/>
          <w:color w:val="595959"/>
          <w:sz w:val="19"/>
          <w:highlight w:val="yellow"/>
        </w:rPr>
        <w:t>[000000000]</w:t>
      </w:r>
    </w:p>
    <w:p>
      <w:pPr>
        <w:spacing w:before="0" w:after="0"/>
      </w:pPr>
      <w:r>
        <w:rPr>
          <w:b w:val="0"/>
          <w:i w:val="0"/>
          <w:color w:val="595959"/>
          <w:sz w:val="19"/>
          <w:highlight w:val="yellow"/>
        </w:rPr>
        <w:t>[Индекс, город, улица, дом]</w:t>
      </w:r>
    </w:p>
    <w:p>
      <w:pPr>
        <w:spacing w:before="0" w:after="200"/>
      </w:pPr>
      <w:r>
        <w:rPr>
          <w:b w:val="0"/>
          <w:i w:val="0"/>
          <w:color w:val="595959"/>
          <w:sz w:val="19"/>
        </w:rPr>
        <w:t xml:space="preserve">Тел. </w:t>
      </w:r>
      <w:r>
        <w:rPr>
          <w:b w:val="0"/>
          <w:i w:val="0"/>
          <w:color w:val="595959"/>
          <w:sz w:val="19"/>
          <w:highlight w:val="yellow"/>
        </w:rPr>
        <w:t>[+7 000 000-00-00]</w:t>
      </w:r>
      <w:r>
        <w:rPr>
          <w:b w:val="0"/>
          <w:i w:val="0"/>
          <w:color w:val="595959"/>
          <w:sz w:val="19"/>
        </w:rPr>
        <w:t xml:space="preserve">, </w:t>
      </w:r>
      <w:r>
        <w:rPr>
          <w:b w:val="0"/>
          <w:i w:val="0"/>
          <w:color w:val="595959"/>
          <w:sz w:val="19"/>
          <w:highlight w:val="yellow"/>
        </w:rPr>
        <w:t>[адрес электронной почты]</w:t>
      </w:r>
    </w:p>
    <w:p>
      <w:pPr>
        <w:spacing w:before="0" w:after="200"/>
      </w:pPr>
      <w:r>
        <w:rPr>
          <w:b w:val="0"/>
          <w:i w:val="0"/>
          <w:sz w:val="19"/>
        </w:rPr>
        <w:t xml:space="preserve">Исх. № </w:t>
      </w:r>
      <w:r>
        <w:rPr>
          <w:b w:val="0"/>
          <w:i w:val="0"/>
          <w:sz w:val="19"/>
          <w:highlight w:val="yellow"/>
        </w:rPr>
        <w:t>[номер]</w:t>
      </w:r>
      <w:r>
        <w:rPr>
          <w:b w:val="0"/>
          <w:i w:val="0"/>
          <w:sz w:val="19"/>
        </w:rPr>
        <w:t xml:space="preserve"> от </w:t>
      </w:r>
      <w:r>
        <w:rPr>
          <w:b w:val="0"/>
          <w:i w:val="0"/>
          <w:sz w:val="19"/>
          <w:highlight w:val="yellow"/>
        </w:rPr>
        <w:t>[дд.мм.гггг]</w:t>
      </w:r>
    </w:p>
    <w:p>
      <w:pPr>
        <w:spacing w:before="0" w:after="0"/>
        <w:jc w:val="right"/>
      </w:pPr>
      <w:r>
        <w:rPr>
          <w:b w:val="0"/>
          <w:i w:val="0"/>
          <w:highlight w:val="yellow"/>
        </w:rPr>
        <w:t>[Название компании поставщика]</w:t>
      </w:r>
    </w:p>
    <w:p>
      <w:pPr>
        <w:spacing w:before="0" w:after="240"/>
        <w:jc w:val="right"/>
      </w:pPr>
      <w:r>
        <w:rPr>
          <w:b w:val="0"/>
          <w:i w:val="0"/>
          <w:highlight w:val="yellow"/>
        </w:rPr>
        <w:t>[Отдел продаж или имя менеджера]</w:t>
      </w:r>
    </w:p>
    <w:p>
      <w:pPr>
        <w:spacing w:before="0" w:after="200"/>
      </w:pPr>
      <w:r>
        <w:rPr>
          <w:b/>
          <w:i w:val="0"/>
        </w:rPr>
        <w:t xml:space="preserve">Тема: </w:t>
      </w:r>
      <w:r>
        <w:rPr>
          <w:b/>
          <w:i w:val="0"/>
        </w:rPr>
        <w:t xml:space="preserve">Запрос цены: </w:t>
      </w:r>
      <w:r>
        <w:rPr>
          <w:b/>
          <w:i w:val="0"/>
          <w:highlight w:val="yellow"/>
        </w:rPr>
        <w:t>[товар]</w:t>
      </w:r>
      <w:r>
        <w:rPr>
          <w:b/>
          <w:i w:val="0"/>
        </w:rPr>
        <w:t xml:space="preserve">, </w:t>
      </w:r>
      <w:r>
        <w:rPr>
          <w:b/>
          <w:i w:val="0"/>
          <w:highlight w:val="yellow"/>
        </w:rPr>
        <w:t>[количество]</w:t>
      </w:r>
      <w:r>
        <w:rPr>
          <w:b/>
          <w:i w:val="0"/>
        </w:rPr>
        <w:t xml:space="preserve">, поставка в </w:t>
      </w:r>
      <w:r>
        <w:rPr>
          <w:b/>
          <w:i w:val="0"/>
          <w:highlight w:val="yellow"/>
        </w:rPr>
        <w:t>[город]</w:t>
      </w:r>
      <w:r>
        <w:rPr>
          <w:b/>
          <w:i w:val="0"/>
        </w:rPr>
        <w:t xml:space="preserve">, ответ до </w:t>
      </w:r>
      <w:r>
        <w:rPr>
          <w:b/>
          <w:i w:val="0"/>
          <w:highlight w:val="yellow"/>
        </w:rPr>
        <w:t>[дд.мм.гггг]</w:t>
      </w:r>
    </w:p>
    <w:p>
      <w:pPr>
        <w:spacing w:before="0" w:after="120"/>
      </w:pPr>
      <w:r>
        <w:rPr>
          <w:b w:val="0"/>
          <w:i w:val="0"/>
        </w:rPr>
        <w:t>Добрый день!</w:t>
      </w:r>
    </w:p>
    <w:p>
      <w:pPr>
        <w:spacing w:before="0" w:after="120"/>
      </w:pPr>
      <w:r>
        <w:rPr>
          <w:b w:val="0"/>
          <w:i w:val="0"/>
        </w:rPr>
        <w:t xml:space="preserve">Меня зовут </w:t>
      </w:r>
      <w:r>
        <w:rPr>
          <w:b w:val="0"/>
          <w:i w:val="0"/>
          <w:highlight w:val="yellow"/>
        </w:rPr>
        <w:t>[имя и фамилия]</w:t>
      </w:r>
      <w:r>
        <w:rPr>
          <w:b w:val="0"/>
          <w:i w:val="0"/>
        </w:rPr>
        <w:t xml:space="preserve">, я </w:t>
      </w:r>
      <w:r>
        <w:rPr>
          <w:b w:val="0"/>
          <w:i w:val="0"/>
          <w:highlight w:val="yellow"/>
        </w:rPr>
        <w:t>[должность]</w:t>
      </w:r>
      <w:r>
        <w:rPr>
          <w:b w:val="0"/>
          <w:i w:val="0"/>
        </w:rPr>
        <w:t xml:space="preserve"> в </w:t>
      </w:r>
      <w:r>
        <w:rPr>
          <w:b w:val="0"/>
          <w:i w:val="0"/>
          <w:highlight w:val="yellow"/>
        </w:rPr>
        <w:t>[ООО «Название»]</w:t>
      </w:r>
      <w:r>
        <w:rPr>
          <w:b w:val="0"/>
          <w:i w:val="0"/>
        </w:rPr>
        <w:t xml:space="preserve">, ИНН </w:t>
      </w:r>
      <w:r>
        <w:rPr>
          <w:b w:val="0"/>
          <w:i w:val="0"/>
          <w:highlight w:val="yellow"/>
        </w:rPr>
        <w:t>[номер]</w:t>
      </w:r>
      <w:r>
        <w:rPr>
          <w:b w:val="0"/>
          <w:i w:val="0"/>
        </w:rPr>
        <w:t xml:space="preserve">. Мы участвуем в закупке </w:t>
      </w:r>
      <w:r>
        <w:rPr>
          <w:b w:val="0"/>
          <w:i w:val="0"/>
          <w:highlight w:val="yellow"/>
        </w:rPr>
        <w:t>[по 44-ФЗ, по 223-ФЗ или коммерческой]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[№ извещения в ЕИС, если готовы его назвать]</w:t>
      </w:r>
      <w:r>
        <w:rPr>
          <w:b w:val="0"/>
          <w:i w:val="0"/>
        </w:rPr>
        <w:t xml:space="preserve"> и сейчас считаем цену заявки. Если выиграем, купим товар у поставщика, чьи цена и условия подойдут лучше.</w:t>
      </w:r>
    </w:p>
    <w:p>
      <w:pPr>
        <w:spacing w:before="0" w:after="120"/>
      </w:pPr>
      <w:r>
        <w:rPr>
          <w:b w:val="0"/>
          <w:i w:val="0"/>
        </w:rPr>
        <w:t xml:space="preserve">Просим дать цену на позиции из таблицы. Наименования и характеристики взяты из технического задания закупки. </w:t>
      </w:r>
      <w:r>
        <w:rPr>
          <w:b w:val="0"/>
          <w:i w:val="0"/>
          <w:highlight w:val="yellow"/>
        </w:rPr>
        <w:t>[Эквивалент допускается: для него укажите производителя, модель и характеристики, чтобы мы сверили их с ТЗ.]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/>
          <w:tblHeader w:val="true"/>
        </w:trPr>
        <w:tc>
          <w:tcPr>
            <w:tcW w:type="dxa" w:w="510"/>
            <w:shd w:val="clear" w:color="auto" w:fill="E7EFEC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19"/>
              </w:rPr>
              <w:t>№</w:t>
            </w:r>
          </w:p>
        </w:tc>
        <w:tc>
          <w:tcPr>
            <w:tcW w:type="dxa" w:w="2551"/>
            <w:shd w:val="clear" w:color="auto" w:fill="E7EFEC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Наименование по ТЗ</w:t>
            </w:r>
          </w:p>
        </w:tc>
        <w:tc>
          <w:tcPr>
            <w:tcW w:type="dxa" w:w="3969"/>
            <w:shd w:val="clear" w:color="auto" w:fill="E7EFEC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Характеристики по ТЗ, эквивалент</w:t>
            </w:r>
          </w:p>
        </w:tc>
        <w:tc>
          <w:tcPr>
            <w:tcW w:type="dxa" w:w="1191"/>
            <w:shd w:val="clear" w:color="auto" w:fill="E7EFEC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19"/>
              </w:rPr>
              <w:t>Ед. изм.</w:t>
            </w:r>
          </w:p>
        </w:tc>
        <w:tc>
          <w:tcPr>
            <w:tcW w:type="dxa" w:w="1417"/>
            <w:shd w:val="clear" w:color="auto" w:fill="E7EFEC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19"/>
              </w:rPr>
              <w:t>Кол-во</w:t>
            </w:r>
          </w:p>
        </w:tc>
      </w:tr>
      <w:tr>
        <w:trPr>
          <w:cantSplit/>
        </w:trPr>
        <w:tc>
          <w:tcPr>
            <w:tcW w:type="dxa" w:w="510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55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[наименование, как в ТЗ]</w:t>
            </w:r>
          </w:p>
        </w:tc>
        <w:tc>
          <w:tcPr>
            <w:tcW w:type="dxa" w:w="3969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[характеристики из ТЗ; эквивалент: да или нет]</w:t>
            </w:r>
          </w:p>
        </w:tc>
        <w:tc>
          <w:tcPr>
            <w:tcW w:type="dxa" w:w="119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[м, шт., кг]</w:t>
            </w:r>
          </w:p>
        </w:tc>
        <w:tc>
          <w:tcPr>
            <w:tcW w:type="dxa" w:w="1417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[0]</w:t>
            </w:r>
          </w:p>
        </w:tc>
      </w:tr>
      <w:tr>
        <w:trPr>
          <w:cantSplit/>
        </w:trPr>
        <w:tc>
          <w:tcPr>
            <w:tcW w:type="dxa" w:w="510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55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[наименование]</w:t>
            </w:r>
          </w:p>
        </w:tc>
        <w:tc>
          <w:tcPr>
            <w:tcW w:type="dxa" w:w="3969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[характеристики]</w:t>
            </w:r>
          </w:p>
        </w:tc>
        <w:tc>
          <w:tcPr>
            <w:tcW w:type="dxa" w:w="119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[ед.]</w:t>
            </w:r>
          </w:p>
        </w:tc>
        <w:tc>
          <w:tcPr>
            <w:tcW w:type="dxa" w:w="1417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[0]</w:t>
            </w:r>
          </w:p>
        </w:tc>
      </w:tr>
      <w:tr>
        <w:trPr>
          <w:cantSplit/>
        </w:trPr>
        <w:tc>
          <w:tcPr>
            <w:tcW w:type="dxa" w:w="510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55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[наименование]</w:t>
            </w:r>
          </w:p>
        </w:tc>
        <w:tc>
          <w:tcPr>
            <w:tcW w:type="dxa" w:w="3969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9"/>
                <w:highlight w:val="yellow"/>
              </w:rPr>
              <w:t>[характеристики]</w:t>
            </w:r>
          </w:p>
        </w:tc>
        <w:tc>
          <w:tcPr>
            <w:tcW w:type="dxa" w:w="1191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[ед.]</w:t>
            </w:r>
          </w:p>
        </w:tc>
        <w:tc>
          <w:tcPr>
            <w:tcW w:type="dxa" w:w="1417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9"/>
                <w:highlight w:val="yellow"/>
              </w:rPr>
              <w:t>[0]</w:t>
            </w:r>
          </w:p>
        </w:tc>
      </w:tr>
    </w:tbl>
    <w:p>
      <w:pPr>
        <w:spacing w:before="80" w:after="160"/>
      </w:pPr>
      <w:r>
        <w:rPr>
          <w:b w:val="0"/>
          <w:i w:val="0"/>
          <w:sz w:val="19"/>
          <w:highlight w:val="yellow"/>
        </w:rPr>
        <w:t>[Полный перечень позиций во вложении, в таблице для ответа. Если удобнее, ответьте прямо в ней.]</w:t>
      </w:r>
    </w:p>
    <w:p>
      <w:pPr>
        <w:keepNext/>
        <w:spacing w:before="0" w:after="40"/>
      </w:pPr>
      <w:r>
        <w:rPr>
          <w:b/>
          <w:i w:val="0"/>
        </w:rPr>
        <w:t>Условия поставки</w:t>
      </w:r>
    </w:p>
    <w:p>
      <w:pPr>
        <w:pStyle w:val="ListBullet"/>
        <w:spacing w:after="40"/>
      </w:pPr>
      <w:r>
        <w:rPr>
          <w:b w:val="0"/>
          <w:i w:val="0"/>
        </w:rPr>
        <w:t xml:space="preserve">Место поставки: </w:t>
      </w:r>
      <w:r>
        <w:rPr>
          <w:b w:val="0"/>
          <w:i w:val="0"/>
          <w:highlight w:val="yellow"/>
        </w:rPr>
        <w:t>[индекс, город, улица, дом; склад, этаж, есть ли подъезд для машины]</w:t>
      </w:r>
      <w:r>
        <w:rPr>
          <w:b w:val="0"/>
          <w:i w:val="0"/>
        </w:rPr>
        <w:t>.</w:t>
      </w:r>
    </w:p>
    <w:p>
      <w:pPr>
        <w:pStyle w:val="ListBullet"/>
        <w:spacing w:after="40"/>
      </w:pPr>
      <w:r>
        <w:rPr>
          <w:b w:val="0"/>
          <w:i w:val="0"/>
        </w:rPr>
        <w:t xml:space="preserve">Срок поставки: </w:t>
      </w:r>
      <w:r>
        <w:rPr>
          <w:b w:val="0"/>
          <w:i w:val="0"/>
          <w:highlight w:val="yellow"/>
        </w:rPr>
        <w:t>[до дд.мм.гггг или N рабочих дней после заключения договора]</w:t>
      </w:r>
      <w:r>
        <w:rPr>
          <w:b w:val="0"/>
          <w:i w:val="0"/>
        </w:rPr>
        <w:t>.</w:t>
      </w:r>
    </w:p>
    <w:p>
      <w:pPr>
        <w:pStyle w:val="ListBullet"/>
        <w:spacing w:after="40"/>
      </w:pPr>
      <w:r>
        <w:rPr>
          <w:b w:val="0"/>
          <w:i w:val="0"/>
        </w:rPr>
        <w:t xml:space="preserve">Разгрузка: </w:t>
      </w:r>
      <w:r>
        <w:rPr>
          <w:b w:val="0"/>
          <w:i w:val="0"/>
          <w:highlight w:val="yellow"/>
        </w:rPr>
        <w:t>[силами поставщика или нашими силами]</w:t>
      </w:r>
      <w:r>
        <w:rPr>
          <w:b w:val="0"/>
          <w:i w:val="0"/>
        </w:rPr>
        <w:t>.</w:t>
      </w:r>
    </w:p>
    <w:p>
      <w:pPr>
        <w:pStyle w:val="ListBullet"/>
        <w:spacing w:after="160"/>
      </w:pPr>
      <w:r>
        <w:rPr>
          <w:b w:val="0"/>
          <w:i w:val="0"/>
        </w:rPr>
        <w:t xml:space="preserve">Оплата: </w:t>
      </w:r>
      <w:r>
        <w:rPr>
          <w:b w:val="0"/>
          <w:i w:val="0"/>
          <w:highlight w:val="yellow"/>
        </w:rPr>
        <w:t>[по факту поставки, в течение N рабочих дней после подписания документа о приёмке]</w:t>
      </w:r>
      <w:r>
        <w:rPr>
          <w:b w:val="0"/>
          <w:i w:val="0"/>
        </w:rPr>
        <w:t>.</w:t>
      </w:r>
    </w:p>
    <w:p>
      <w:pPr>
        <w:keepNext/>
        <w:spacing w:before="0" w:after="40"/>
      </w:pPr>
      <w:r>
        <w:rPr>
          <w:b/>
          <w:i w:val="0"/>
        </w:rPr>
        <w:t>Документы на товар</w:t>
      </w:r>
    </w:p>
    <w:p>
      <w:pPr>
        <w:pStyle w:val="ListBullet"/>
        <w:spacing w:after="40"/>
      </w:pPr>
      <w:r>
        <w:rPr>
          <w:b w:val="0"/>
          <w:i w:val="0"/>
          <w:highlight w:val="yellow"/>
        </w:rPr>
        <w:t>[Декларация или сертификат соответствия ЕАЭС.]</w:t>
      </w:r>
    </w:p>
    <w:p>
      <w:pPr>
        <w:pStyle w:val="ListBullet"/>
        <w:spacing w:after="40"/>
      </w:pPr>
      <w:r>
        <w:rPr>
          <w:b w:val="0"/>
          <w:i w:val="0"/>
          <w:highlight w:val="yellow"/>
        </w:rPr>
        <w:t>[Регистрационное удостоверение, если это медицинское изделие.]</w:t>
      </w:r>
    </w:p>
    <w:p>
      <w:pPr>
        <w:pStyle w:val="ListBullet"/>
        <w:spacing w:after="40"/>
      </w:pPr>
      <w:r>
        <w:rPr>
          <w:b w:val="0"/>
          <w:i w:val="0"/>
          <w:highlight w:val="yellow"/>
        </w:rPr>
        <w:t>[Паспорт изделия или сертификат качества производителя.]</w:t>
      </w:r>
    </w:p>
    <w:p>
      <w:pPr>
        <w:pStyle w:val="ListBullet"/>
        <w:spacing w:after="40"/>
      </w:pPr>
      <w:r>
        <w:rPr>
          <w:b w:val="0"/>
          <w:i w:val="0"/>
        </w:rPr>
        <w:t xml:space="preserve">Для российской продукции: номер реестровой записи из реестра российской промышленной продукции (ГИСП). Для товаров из других стран ЕАЭС: номер записи в евразийском реестре промышленных товаров. </w:t>
      </w:r>
      <w:r>
        <w:rPr>
          <w:b w:val="0"/>
          <w:i w:val="0"/>
          <w:highlight w:val="yellow"/>
        </w:rPr>
        <w:t>[Удалите этот пункт, если в извещении нет запрета или ограничения для иностранных товаров.]</w:t>
      </w:r>
    </w:p>
    <w:p>
      <w:pPr>
        <w:spacing w:before="40" w:after="160"/>
      </w:pPr>
      <w:r>
        <w:rPr>
          <w:b w:val="0"/>
          <w:i w:val="0"/>
        </w:rPr>
        <w:t>Копии документов пришлите вместе с КП, если они у вас есть.</w:t>
      </w:r>
    </w:p>
    <w:p>
      <w:pPr>
        <w:keepNext/>
        <w:spacing w:before="0" w:after="40"/>
      </w:pPr>
      <w:r>
        <w:rPr>
          <w:b/>
          <w:i w:val="0"/>
        </w:rPr>
        <w:t>Что указать в ответе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1.</w:t>
        <w:tab/>
        <w:t>Цену за единицу без НДС и ставку НДС: 22 %, 10 %, 7 %, 5 %, 0 % или «без НДС».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2.</w:t>
        <w:tab/>
        <w:t>Единицу, за которую указана цена, так, как она записана в вашем прайсе или счёте: метр, бухта 100 м, штука, упаковка 10 шт. Если цена за штуку или упаковку, укажите длину изделия или фасовку.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3.</w:t>
        <w:tab/>
        <w:t xml:space="preserve">Включена ли доставка до </w:t>
      </w:r>
      <w:r>
        <w:rPr>
          <w:b w:val="0"/>
          <w:i w:val="0"/>
          <w:highlight w:val="yellow"/>
        </w:rPr>
        <w:t>[город или адрес]</w:t>
      </w:r>
      <w:r>
        <w:rPr>
          <w:b w:val="0"/>
          <w:i w:val="0"/>
        </w:rPr>
        <w:t>. Если нет, сколько она стоит.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4.</w:t>
        <w:tab/>
        <w:t>Срок поставки и наличие на складе.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5.</w:t>
        <w:tab/>
        <w:t>Срок действия цены строкой «Цена действительна до дд.мм.гггг».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6.</w:t>
        <w:tab/>
        <w:t>Страну происхождения товара и номер реестровой записи в ГИСП, если товар есть в реестре российской промышленной продукции.</w:t>
      </w:r>
    </w:p>
    <w:p>
      <w:pPr>
        <w:tabs>
          <w:tab w:pos="340" w:val="left"/>
        </w:tabs>
        <w:spacing w:after="40"/>
        <w:ind w:left="340" w:hanging="340"/>
      </w:pPr>
      <w:r>
        <w:rPr>
          <w:b w:val="0"/>
          <w:i w:val="0"/>
        </w:rPr>
        <w:t>7.</w:t>
        <w:tab/>
        <w:t>Для эквивалента: производителя, модель и характеристики.</w:t>
      </w:r>
    </w:p>
    <w:p>
      <w:pPr>
        <w:spacing w:before="80" w:after="160"/>
      </w:pPr>
      <w:r>
        <w:rPr>
          <w:b w:val="0"/>
          <w:i w:val="0"/>
        </w:rPr>
        <w:t>КП оформите, пожалуйста, на бланке компании, с датой и подписью.</w:t>
      </w:r>
    </w:p>
    <w:p>
      <w:pPr>
        <w:spacing w:before="0" w:after="120"/>
      </w:pPr>
      <w:r>
        <w:rPr>
          <w:b/>
          <w:i w:val="0"/>
        </w:rPr>
        <w:t xml:space="preserve">Ответ нужен до </w:t>
      </w:r>
      <w:r>
        <w:rPr>
          <w:b/>
          <w:i w:val="0"/>
          <w:highlight w:val="yellow"/>
        </w:rPr>
        <w:t>[дд.мм.гггг]</w:t>
      </w:r>
      <w:r>
        <w:rPr>
          <w:b/>
          <w:i w:val="0"/>
        </w:rPr>
        <w:t xml:space="preserve">, </w:t>
      </w:r>
      <w:r>
        <w:rPr>
          <w:b/>
          <w:i w:val="0"/>
          <w:highlight w:val="yellow"/>
        </w:rPr>
        <w:t>[чч:мм]</w:t>
      </w:r>
      <w:r>
        <w:rPr>
          <w:b/>
          <w:i w:val="0"/>
        </w:rPr>
        <w:t xml:space="preserve"> МСК.</w:t>
      </w:r>
    </w:p>
    <w:p>
      <w:pPr>
        <w:spacing w:before="0" w:after="120"/>
      </w:pPr>
      <w:r>
        <w:rPr>
          <w:b w:val="0"/>
          <w:i w:val="0"/>
        </w:rPr>
        <w:t>Если позиция вам не подходит, ответьте одним словом «нет», и мы не будем беспокоить вас напоминаниями.</w:t>
      </w:r>
    </w:p>
    <w:p>
      <w:pPr>
        <w:spacing w:before="0" w:after="240"/>
      </w:pPr>
      <w:r>
        <w:rPr>
          <w:b w:val="0"/>
          <w:i w:val="0"/>
        </w:rPr>
        <w:t xml:space="preserve">Итоги закупки ожидаем </w:t>
      </w:r>
      <w:r>
        <w:rPr>
          <w:b w:val="0"/>
          <w:i w:val="0"/>
          <w:highlight w:val="yellow"/>
        </w:rPr>
        <w:t>[дд.мм.гггг]</w:t>
      </w:r>
      <w:r>
        <w:rPr>
          <w:b w:val="0"/>
          <w:i w:val="0"/>
        </w:rPr>
        <w:t>. После них вернёмся с заказом или с отказом, чтобы вы не держали товар в резерве зря.</w:t>
      </w:r>
    </w:p>
    <w:p>
      <w:pPr>
        <w:keepNext/>
        <w:spacing w:before="0" w:after="0"/>
      </w:pPr>
      <w:r>
        <w:rPr>
          <w:b w:val="0"/>
          <w:i w:val="0"/>
        </w:rPr>
        <w:t>С уважением,</w:t>
      </w:r>
    </w:p>
    <w:p>
      <w:pPr>
        <w:keepNext/>
        <w:spacing w:before="0" w:after="0"/>
      </w:pPr>
      <w:r>
        <w:rPr>
          <w:b w:val="0"/>
          <w:i w:val="0"/>
          <w:highlight w:val="yellow"/>
        </w:rPr>
        <w:t>[Имя Фамилия]</w:t>
      </w:r>
    </w:p>
    <w:p>
      <w:pPr>
        <w:keepNext/>
        <w:spacing w:before="0" w:after="0"/>
      </w:pPr>
      <w:r>
        <w:rPr>
          <w:b w:val="0"/>
          <w:i w:val="0"/>
          <w:highlight w:val="yellow"/>
        </w:rPr>
        <w:t>[Должность]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[ООО «Название»]</w:t>
      </w:r>
    </w:p>
    <w:p>
      <w:pPr>
        <w:keepNext/>
        <w:spacing w:before="0" w:after="0"/>
      </w:pPr>
      <w:r>
        <w:rPr>
          <w:b w:val="0"/>
          <w:i w:val="0"/>
        </w:rPr>
        <w:t xml:space="preserve">Тел. </w:t>
      </w:r>
      <w:r>
        <w:rPr>
          <w:b w:val="0"/>
          <w:i w:val="0"/>
          <w:highlight w:val="yellow"/>
        </w:rPr>
        <w:t>[+7 000 000-00-00]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[адрес электронной почты]</w:t>
      </w:r>
    </w:p>
    <w:p>
      <w:pPr>
        <w:spacing w:before="0" w:after="0"/>
      </w:pPr>
      <w:r>
        <w:rPr>
          <w:b w:val="0"/>
          <w:i w:val="0"/>
          <w:highlight w:val="yellow"/>
        </w:rPr>
        <w:t>[Сайт компании]</w:t>
      </w:r>
    </w:p>
    <w:sectPr w:rsidR="00FC693F" w:rsidRPr="0006063C" w:rsidSect="00034616">
      <w:footerReference w:type="default" r:id="rId9"/>
      <w:pgSz w:w="11906" w:h="16838"/>
      <w:pgMar w:top="1134" w:right="850" w:bottom="1020" w:left="1417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b w:val="0"/>
        <w:i w:val="0"/>
        <w:color w:val="808080"/>
        <w:sz w:val="16"/>
      </w:rPr>
      <w:t>Шаблон: bitkart.pro/blog/zapros-kp-u-postavshchikov-pod-tender/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КП у поставщика под тендер: шаблон письма</dc:title>
  <dc:subject>Образец письма с запросом коммерческого предложения у поставщика для участия в тендере</dc:subject>
  <dc:creator>Биткарт</dc:creator>
  <cp:keywords>запрос КП, тендер, образец письма, коммерческое предложение</cp:keywords>
  <dc:description>https://bitkart.pro/blog/zapros-kp-u-postavshchikov-pod-tender/</dc:description>
  <cp:lastModifiedBy>Биткарт</cp:lastModifiedBy>
  <cp:revision>1</cp:revision>
  <dcterms:created xsi:type="dcterms:W3CDTF">2026-09-19T09:00:00Z</dcterms:created>
  <dcterms:modified xsi:type="dcterms:W3CDTF">2026-09-19T09:00:00Z</dcterms:modified>
  <cp:category/>
  <cp:lastPrinted>2026-09-19T09:00:00Z</cp:lastPrinted>
</cp:coreProperties>
</file>